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92E3" w14:textId="703CD12C" w:rsidR="00304A4B" w:rsidRPr="00EC74A5" w:rsidRDefault="00000000">
      <w:pPr>
        <w:pStyle w:val="Ttulo1"/>
        <w:jc w:val="center"/>
        <w:rPr>
          <w:lang w:val="es-CL"/>
        </w:rPr>
      </w:pPr>
      <w:r w:rsidRPr="00EC74A5">
        <w:rPr>
          <w:lang w:val="es-CL"/>
        </w:rPr>
        <w:t>Evaluación Lenguaje Prekínder</w:t>
      </w:r>
    </w:p>
    <w:p w14:paraId="7E482061" w14:textId="658649B0" w:rsidR="007374FE" w:rsidRPr="00EC74A5" w:rsidRDefault="00B44A1E" w:rsidP="007374FE">
      <w:pPr>
        <w:rPr>
          <w:lang w:val="es-CL"/>
        </w:rPr>
      </w:pPr>
      <w:r w:rsidRPr="00EC74A5">
        <w:rPr>
          <w:lang w:val="es-CL"/>
        </w:rPr>
        <w:t>Ítem</w:t>
      </w:r>
      <w:r w:rsidR="007374FE" w:rsidRPr="00EC74A5">
        <w:rPr>
          <w:lang w:val="es-CL"/>
        </w:rPr>
        <w:t xml:space="preserve"> I </w:t>
      </w:r>
      <w:r w:rsidR="00651B72" w:rsidRPr="00EC74A5">
        <w:rPr>
          <w:lang w:val="es-CL"/>
        </w:rPr>
        <w:t>separación</w:t>
      </w:r>
      <w:r w:rsidR="007374FE" w:rsidRPr="00EC74A5">
        <w:rPr>
          <w:lang w:val="es-CL"/>
        </w:rPr>
        <w:t xml:space="preserve"> de silaba </w:t>
      </w:r>
    </w:p>
    <w:p w14:paraId="4C50399B" w14:textId="5950659A" w:rsidR="00EC74A5" w:rsidRDefault="007374FE" w:rsidP="00B80F3E">
      <w:pPr>
        <w:rPr>
          <w:lang w:val="es-CL"/>
        </w:rPr>
      </w:pPr>
      <w:r w:rsidRPr="007374FE">
        <w:rPr>
          <w:lang w:val="es-CL"/>
        </w:rPr>
        <w:t>Pinta el circulo indicando la c</w:t>
      </w:r>
      <w:r>
        <w:rPr>
          <w:lang w:val="es-CL"/>
        </w:rPr>
        <w:t xml:space="preserve">antidad de silaba de cada palabra </w:t>
      </w:r>
    </w:p>
    <w:p w14:paraId="4330B7B1" w14:textId="3176555D" w:rsidR="00B80F3E" w:rsidRDefault="00EC74A5" w:rsidP="00B80F3E">
      <w:pPr>
        <w:rPr>
          <w:lang w:val="es-CL"/>
        </w:rPr>
      </w:pP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143F5C32" wp14:editId="0BE98798">
                <wp:simplePos x="0" y="0"/>
                <wp:positionH relativeFrom="column">
                  <wp:posOffset>5574665</wp:posOffset>
                </wp:positionH>
                <wp:positionV relativeFrom="paragraph">
                  <wp:posOffset>3002915</wp:posOffset>
                </wp:positionV>
                <wp:extent cx="281305" cy="276860"/>
                <wp:effectExtent l="57150" t="19050" r="23495" b="104140"/>
                <wp:wrapNone/>
                <wp:docPr id="1427419268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D9BBD9" id="Elipse 2" o:spid="_x0000_s1026" style="position:absolute;margin-left:438.95pt;margin-top:236.45pt;width:22.15pt;height:21.8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4201E786" wp14:editId="6DDFA9DA">
                <wp:simplePos x="0" y="0"/>
                <wp:positionH relativeFrom="column">
                  <wp:posOffset>5938520</wp:posOffset>
                </wp:positionH>
                <wp:positionV relativeFrom="paragraph">
                  <wp:posOffset>3010535</wp:posOffset>
                </wp:positionV>
                <wp:extent cx="281305" cy="276860"/>
                <wp:effectExtent l="57150" t="19050" r="23495" b="104140"/>
                <wp:wrapNone/>
                <wp:docPr id="800122673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698F26" id="Elipse 2" o:spid="_x0000_s1026" style="position:absolute;margin-left:467.6pt;margin-top:237.05pt;width:22.15pt;height:21.8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6FC4BA58" wp14:editId="1D80B655">
                <wp:simplePos x="0" y="0"/>
                <wp:positionH relativeFrom="column">
                  <wp:posOffset>6328198</wp:posOffset>
                </wp:positionH>
                <wp:positionV relativeFrom="paragraph">
                  <wp:posOffset>3019637</wp:posOffset>
                </wp:positionV>
                <wp:extent cx="281305" cy="276860"/>
                <wp:effectExtent l="57150" t="19050" r="23495" b="104140"/>
                <wp:wrapNone/>
                <wp:docPr id="1582647699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871BE1" id="Elipse 2" o:spid="_x0000_s1026" style="position:absolute;margin-left:498.3pt;margin-top:237.75pt;width:22.15pt;height:21.8pt;z-index:2521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ApS8V/4AAAAAw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7AE298B8" wp14:editId="579238A1">
                <wp:simplePos x="0" y="0"/>
                <wp:positionH relativeFrom="column">
                  <wp:posOffset>4677410</wp:posOffset>
                </wp:positionH>
                <wp:positionV relativeFrom="paragraph">
                  <wp:posOffset>3011170</wp:posOffset>
                </wp:positionV>
                <wp:extent cx="281305" cy="276860"/>
                <wp:effectExtent l="57150" t="19050" r="23495" b="104140"/>
                <wp:wrapNone/>
                <wp:docPr id="1510520516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7C91E5" id="Elipse 2" o:spid="_x0000_s1026" style="position:absolute;margin-left:368.3pt;margin-top:237.1pt;width:22.15pt;height:21.8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4BFDBBE4" wp14:editId="6E2D368A">
                <wp:simplePos x="0" y="0"/>
                <wp:positionH relativeFrom="column">
                  <wp:posOffset>4288155</wp:posOffset>
                </wp:positionH>
                <wp:positionV relativeFrom="paragraph">
                  <wp:posOffset>3002280</wp:posOffset>
                </wp:positionV>
                <wp:extent cx="281305" cy="276860"/>
                <wp:effectExtent l="57150" t="19050" r="23495" b="104140"/>
                <wp:wrapNone/>
                <wp:docPr id="563889317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7A1B46" id="Elipse 2" o:spid="_x0000_s1026" style="position:absolute;margin-left:337.65pt;margin-top:236.4pt;width:22.15pt;height:21.8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559286A1" wp14:editId="0A264733">
                <wp:simplePos x="0" y="0"/>
                <wp:positionH relativeFrom="column">
                  <wp:posOffset>3924723</wp:posOffset>
                </wp:positionH>
                <wp:positionV relativeFrom="paragraph">
                  <wp:posOffset>2994872</wp:posOffset>
                </wp:positionV>
                <wp:extent cx="281305" cy="276860"/>
                <wp:effectExtent l="57150" t="19050" r="23495" b="104140"/>
                <wp:wrapNone/>
                <wp:docPr id="156740535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08E739" id="Elipse 2" o:spid="_x0000_s1026" style="position:absolute;margin-left:309.05pt;margin-top:235.8pt;width:22.15pt;height:21.8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Bv8H4B4AAAAAs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10AC86D" wp14:editId="749E9B86">
                <wp:simplePos x="0" y="0"/>
                <wp:positionH relativeFrom="column">
                  <wp:posOffset>2045335</wp:posOffset>
                </wp:positionH>
                <wp:positionV relativeFrom="paragraph">
                  <wp:posOffset>2969895</wp:posOffset>
                </wp:positionV>
                <wp:extent cx="281305" cy="276860"/>
                <wp:effectExtent l="57150" t="19050" r="23495" b="104140"/>
                <wp:wrapNone/>
                <wp:docPr id="1691023598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73574" id="Elipse 2" o:spid="_x0000_s1026" style="position:absolute;margin-left:161.05pt;margin-top:233.85pt;width:22.15pt;height:21.8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DKQ28Z4AAAAAs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53B7B013" wp14:editId="6D731FFA">
                <wp:simplePos x="0" y="0"/>
                <wp:positionH relativeFrom="column">
                  <wp:posOffset>2409190</wp:posOffset>
                </wp:positionH>
                <wp:positionV relativeFrom="paragraph">
                  <wp:posOffset>2977515</wp:posOffset>
                </wp:positionV>
                <wp:extent cx="281305" cy="276860"/>
                <wp:effectExtent l="57150" t="19050" r="23495" b="104140"/>
                <wp:wrapNone/>
                <wp:docPr id="1515328024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E5AB4D" id="Elipse 2" o:spid="_x0000_s1026" style="position:absolute;margin-left:189.7pt;margin-top:234.45pt;width:22.15pt;height:21.8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6B0DB4BB" wp14:editId="093FBE45">
                <wp:simplePos x="0" y="0"/>
                <wp:positionH relativeFrom="column">
                  <wp:posOffset>2798657</wp:posOffset>
                </wp:positionH>
                <wp:positionV relativeFrom="paragraph">
                  <wp:posOffset>2986829</wp:posOffset>
                </wp:positionV>
                <wp:extent cx="281517" cy="277284"/>
                <wp:effectExtent l="57150" t="19050" r="23495" b="104140"/>
                <wp:wrapNone/>
                <wp:docPr id="289860223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17" cy="2772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8E235" id="Elipse 2" o:spid="_x0000_s1026" style="position:absolute;margin-left:220.35pt;margin-top:235.2pt;width:22.15pt;height:21.8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AC8535B" wp14:editId="334E5627">
                <wp:simplePos x="0" y="0"/>
                <wp:positionH relativeFrom="column">
                  <wp:posOffset>276225</wp:posOffset>
                </wp:positionH>
                <wp:positionV relativeFrom="paragraph">
                  <wp:posOffset>2936875</wp:posOffset>
                </wp:positionV>
                <wp:extent cx="281305" cy="276860"/>
                <wp:effectExtent l="57150" t="19050" r="23495" b="104140"/>
                <wp:wrapNone/>
                <wp:docPr id="1539598609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07E67" id="Elipse 2" o:spid="_x0000_s1026" style="position:absolute;margin-left:21.75pt;margin-top:231.25pt;width:22.15pt;height:21.8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83A2918" wp14:editId="57FD8118">
                <wp:simplePos x="0" y="0"/>
                <wp:positionH relativeFrom="column">
                  <wp:posOffset>640080</wp:posOffset>
                </wp:positionH>
                <wp:positionV relativeFrom="paragraph">
                  <wp:posOffset>2944495</wp:posOffset>
                </wp:positionV>
                <wp:extent cx="281305" cy="276860"/>
                <wp:effectExtent l="57150" t="19050" r="23495" b="104140"/>
                <wp:wrapNone/>
                <wp:docPr id="548936638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4507DE" id="Elipse 2" o:spid="_x0000_s1026" style="position:absolute;margin-left:50.4pt;margin-top:231.85pt;width:22.15pt;height:21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0D951F06" wp14:editId="6EC6B43D">
                <wp:simplePos x="0" y="0"/>
                <wp:positionH relativeFrom="column">
                  <wp:posOffset>1029758</wp:posOffset>
                </wp:positionH>
                <wp:positionV relativeFrom="paragraph">
                  <wp:posOffset>2953597</wp:posOffset>
                </wp:positionV>
                <wp:extent cx="281517" cy="277284"/>
                <wp:effectExtent l="57150" t="19050" r="23495" b="104140"/>
                <wp:wrapNone/>
                <wp:docPr id="604297770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17" cy="2772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24E1C2" id="Elipse 2" o:spid="_x0000_s1026" style="position:absolute;margin-left:81.1pt;margin-top:232.55pt;width:22.15pt;height:21.8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6F8ECA6E" wp14:editId="706BA685">
                <wp:simplePos x="0" y="0"/>
                <wp:positionH relativeFrom="column">
                  <wp:posOffset>6310841</wp:posOffset>
                </wp:positionH>
                <wp:positionV relativeFrom="paragraph">
                  <wp:posOffset>1239520</wp:posOffset>
                </wp:positionV>
                <wp:extent cx="281305" cy="276860"/>
                <wp:effectExtent l="57150" t="19050" r="23495" b="104140"/>
                <wp:wrapNone/>
                <wp:docPr id="205032027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B8289A" id="Elipse 2" o:spid="_x0000_s1026" style="position:absolute;margin-left:496.9pt;margin-top:97.6pt;width:22.15pt;height:21.8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CAoG8O4AAAAAw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5A863F28" wp14:editId="4E12D8C8">
                <wp:simplePos x="0" y="0"/>
                <wp:positionH relativeFrom="column">
                  <wp:posOffset>5887509</wp:posOffset>
                </wp:positionH>
                <wp:positionV relativeFrom="paragraph">
                  <wp:posOffset>1222163</wp:posOffset>
                </wp:positionV>
                <wp:extent cx="281305" cy="276860"/>
                <wp:effectExtent l="57150" t="19050" r="23495" b="104140"/>
                <wp:wrapNone/>
                <wp:docPr id="304535989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A0682" id="Elipse 2" o:spid="_x0000_s1026" style="position:absolute;margin-left:463.6pt;margin-top:96.25pt;width:22.15pt;height:21.8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CwfygD4AAAAAs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30516A97" wp14:editId="5C4864D4">
                <wp:simplePos x="0" y="0"/>
                <wp:positionH relativeFrom="column">
                  <wp:posOffset>5489787</wp:posOffset>
                </wp:positionH>
                <wp:positionV relativeFrom="paragraph">
                  <wp:posOffset>1223010</wp:posOffset>
                </wp:positionV>
                <wp:extent cx="281305" cy="276860"/>
                <wp:effectExtent l="57150" t="19050" r="23495" b="104140"/>
                <wp:wrapNone/>
                <wp:docPr id="1512720126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3A875F" id="Elipse 2" o:spid="_x0000_s1026" style="position:absolute;margin-left:432.25pt;margin-top:96.3pt;width:22.15pt;height:21.8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5A01AA8F" wp14:editId="289CD8AE">
                <wp:simplePos x="0" y="0"/>
                <wp:positionH relativeFrom="column">
                  <wp:posOffset>4575810</wp:posOffset>
                </wp:positionH>
                <wp:positionV relativeFrom="paragraph">
                  <wp:posOffset>1203960</wp:posOffset>
                </wp:positionV>
                <wp:extent cx="281305" cy="276860"/>
                <wp:effectExtent l="57150" t="19050" r="23495" b="104140"/>
                <wp:wrapNone/>
                <wp:docPr id="156046018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95684E" id="Elipse 2" o:spid="_x0000_s1026" style="position:absolute;margin-left:360.3pt;margin-top:94.8pt;width:22.15pt;height:21.8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CwShfi4AAAAAs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 wp14:anchorId="1F759C1B" wp14:editId="11C5A606">
                <wp:simplePos x="0" y="0"/>
                <wp:positionH relativeFrom="column">
                  <wp:posOffset>4186555</wp:posOffset>
                </wp:positionH>
                <wp:positionV relativeFrom="paragraph">
                  <wp:posOffset>1195070</wp:posOffset>
                </wp:positionV>
                <wp:extent cx="281305" cy="276860"/>
                <wp:effectExtent l="57150" t="19050" r="23495" b="104140"/>
                <wp:wrapNone/>
                <wp:docPr id="1179780699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035E13" id="Elipse 2" o:spid="_x0000_s1026" style="position:absolute;margin-left:329.65pt;margin-top:94.1pt;width:22.15pt;height:21.8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B10hU04AAAAAs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 wp14:anchorId="596204D3" wp14:editId="45A26256">
                <wp:simplePos x="0" y="0"/>
                <wp:positionH relativeFrom="column">
                  <wp:posOffset>3822700</wp:posOffset>
                </wp:positionH>
                <wp:positionV relativeFrom="paragraph">
                  <wp:posOffset>1187662</wp:posOffset>
                </wp:positionV>
                <wp:extent cx="281305" cy="276860"/>
                <wp:effectExtent l="57150" t="19050" r="23495" b="104140"/>
                <wp:wrapNone/>
                <wp:docPr id="36613096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C12D72" id="Elipse 2" o:spid="_x0000_s1026" style="position:absolute;margin-left:301pt;margin-top:93.5pt;width:22.15pt;height:21.8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 wp14:anchorId="4A3BBEC6" wp14:editId="18D0B8E7">
                <wp:simplePos x="0" y="0"/>
                <wp:positionH relativeFrom="column">
                  <wp:posOffset>2629535</wp:posOffset>
                </wp:positionH>
                <wp:positionV relativeFrom="paragraph">
                  <wp:posOffset>1130300</wp:posOffset>
                </wp:positionV>
                <wp:extent cx="281305" cy="276860"/>
                <wp:effectExtent l="57150" t="19050" r="23495" b="104140"/>
                <wp:wrapNone/>
                <wp:docPr id="328131170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274E03" id="Elipse 2" o:spid="_x0000_s1026" style="position:absolute;margin-left:207.05pt;margin-top:89pt;width:22.15pt;height:21.8pt;z-index:2513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352576" behindDoc="0" locked="0" layoutInCell="1" allowOverlap="1" wp14:anchorId="3B21D06A" wp14:editId="1A522593">
                <wp:simplePos x="0" y="0"/>
                <wp:positionH relativeFrom="column">
                  <wp:posOffset>2240280</wp:posOffset>
                </wp:positionH>
                <wp:positionV relativeFrom="paragraph">
                  <wp:posOffset>1121410</wp:posOffset>
                </wp:positionV>
                <wp:extent cx="281305" cy="276860"/>
                <wp:effectExtent l="57150" t="19050" r="23495" b="104140"/>
                <wp:wrapNone/>
                <wp:docPr id="1064606600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" cy="2768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6E993D" id="Elipse 2" o:spid="_x0000_s1026" style="position:absolute;margin-left:176.4pt;margin-top:88.3pt;width:22.15pt;height:21.8pt;z-index:2513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" filled="f" strokecolor="#4579b8 [3044]"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305472" behindDoc="0" locked="0" layoutInCell="1" allowOverlap="1" wp14:anchorId="49936835" wp14:editId="5C783FF5">
                <wp:simplePos x="0" y="0"/>
                <wp:positionH relativeFrom="column">
                  <wp:posOffset>1876425</wp:posOffset>
                </wp:positionH>
                <wp:positionV relativeFrom="paragraph">
                  <wp:posOffset>1113790</wp:posOffset>
                </wp:positionV>
                <wp:extent cx="281517" cy="277284"/>
                <wp:effectExtent l="57150" t="19050" r="23495" b="104140"/>
                <wp:wrapNone/>
                <wp:docPr id="795389159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17" cy="2772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5742B2" id="Elipse 2" o:spid="_x0000_s1026" style="position:absolute;margin-left:147.75pt;margin-top:87.7pt;width:22.15pt;height:21.85pt;z-index:2513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" filled="f" strokecolor="#4579b8 [3044]">
                <v:shadow on="t" color="black" opacity="22937f" origin=",.5" offset="0,.63889mm"/>
              </v:oval>
            </w:pict>
          </mc:Fallback>
        </mc:AlternateContent>
      </w:r>
      <w:r w:rsidR="00E44F65"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251200" behindDoc="0" locked="0" layoutInCell="1" allowOverlap="1" wp14:anchorId="47EAA7FB" wp14:editId="7D587720">
                <wp:simplePos x="0" y="0"/>
                <wp:positionH relativeFrom="column">
                  <wp:posOffset>877993</wp:posOffset>
                </wp:positionH>
                <wp:positionV relativeFrom="paragraph">
                  <wp:posOffset>1102360</wp:posOffset>
                </wp:positionV>
                <wp:extent cx="281517" cy="277284"/>
                <wp:effectExtent l="57150" t="19050" r="23495" b="104140"/>
                <wp:wrapNone/>
                <wp:docPr id="126689196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17" cy="2772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BFF1AC" id="Elipse 2" o:spid="_x0000_s1026" style="position:absolute;margin-left:69.15pt;margin-top:86.8pt;width:22.15pt;height:21.85pt;z-index:2512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" filled="f" strokecolor="#4579b8 [3044]">
                <v:shadow on="t" color="black" opacity="22937f" origin=",.5" offset="0,.63889mm"/>
              </v:oval>
            </w:pict>
          </mc:Fallback>
        </mc:AlternateContent>
      </w:r>
      <w:r w:rsidR="00E44F65"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245056" behindDoc="0" locked="0" layoutInCell="1" allowOverlap="1" wp14:anchorId="72E1F8DE" wp14:editId="37BFF6D5">
                <wp:simplePos x="0" y="0"/>
                <wp:positionH relativeFrom="column">
                  <wp:posOffset>488527</wp:posOffset>
                </wp:positionH>
                <wp:positionV relativeFrom="paragraph">
                  <wp:posOffset>1093894</wp:posOffset>
                </wp:positionV>
                <wp:extent cx="281517" cy="277284"/>
                <wp:effectExtent l="57150" t="19050" r="23495" b="104140"/>
                <wp:wrapNone/>
                <wp:docPr id="1210189260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17" cy="2772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C1561F" id="Elipse 2" o:spid="_x0000_s1026" style="position:absolute;margin-left:38.45pt;margin-top:86.15pt;width:22.15pt;height:21.85pt;z-index:2512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" filled="f" strokecolor="#4579b8 [3044]">
                <v:shadow on="t" color="black" opacity="22937f" origin=",.5" offset="0,.63889mm"/>
              </v:oval>
            </w:pict>
          </mc:Fallback>
        </mc:AlternateContent>
      </w:r>
      <w:r w:rsidR="00E44F65"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238912" behindDoc="0" locked="0" layoutInCell="1" allowOverlap="1" wp14:anchorId="4209F07B" wp14:editId="0F2B1B78">
                <wp:simplePos x="0" y="0"/>
                <wp:positionH relativeFrom="column">
                  <wp:posOffset>124884</wp:posOffset>
                </wp:positionH>
                <wp:positionV relativeFrom="paragraph">
                  <wp:posOffset>1085850</wp:posOffset>
                </wp:positionV>
                <wp:extent cx="281517" cy="277284"/>
                <wp:effectExtent l="57150" t="19050" r="23495" b="104140"/>
                <wp:wrapNone/>
                <wp:docPr id="1479657376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17" cy="2772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C4DA44" id="Elipse 2" o:spid="_x0000_s1026" style="position:absolute;margin-left:9.85pt;margin-top:85.5pt;width:22.15pt;height:21.85pt;z-index:2512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 w:rsidR="00E44F65" w:rsidRPr="00B80F3E">
        <w:rPr>
          <w:lang w:val="es-CL"/>
        </w:rPr>
        <w:drawing>
          <wp:anchor distT="0" distB="0" distL="114300" distR="114300" simplePos="0" relativeHeight="251185664" behindDoc="0" locked="0" layoutInCell="1" allowOverlap="1" wp14:anchorId="6F4F7518" wp14:editId="485B7861">
            <wp:simplePos x="0" y="0"/>
            <wp:positionH relativeFrom="column">
              <wp:posOffset>349250</wp:posOffset>
            </wp:positionH>
            <wp:positionV relativeFrom="paragraph">
              <wp:posOffset>1894417</wp:posOffset>
            </wp:positionV>
            <wp:extent cx="974090" cy="774700"/>
            <wp:effectExtent l="0" t="0" r="0" b="6350"/>
            <wp:wrapNone/>
            <wp:docPr id="13855470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470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B80F3E">
        <w:rPr>
          <w:lang w:val="es-CL"/>
        </w:rPr>
        <w:drawing>
          <wp:anchor distT="0" distB="0" distL="114300" distR="114300" simplePos="0" relativeHeight="251206144" behindDoc="0" locked="0" layoutInCell="1" allowOverlap="1" wp14:anchorId="4AF16185" wp14:editId="5E3AE036">
            <wp:simplePos x="0" y="0"/>
            <wp:positionH relativeFrom="column">
              <wp:posOffset>2087880</wp:posOffset>
            </wp:positionH>
            <wp:positionV relativeFrom="paragraph">
              <wp:posOffset>1773978</wp:posOffset>
            </wp:positionV>
            <wp:extent cx="901700" cy="901700"/>
            <wp:effectExtent l="0" t="0" r="0" b="0"/>
            <wp:wrapNone/>
            <wp:docPr id="1690141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412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B80F3E">
        <w:rPr>
          <w:lang w:val="es-CL"/>
        </w:rPr>
        <w:drawing>
          <wp:anchor distT="0" distB="0" distL="114300" distR="114300" simplePos="0" relativeHeight="251214336" behindDoc="0" locked="0" layoutInCell="1" allowOverlap="1" wp14:anchorId="4894B2D4" wp14:editId="1D1B0B24">
            <wp:simplePos x="0" y="0"/>
            <wp:positionH relativeFrom="column">
              <wp:posOffset>3929380</wp:posOffset>
            </wp:positionH>
            <wp:positionV relativeFrom="paragraph">
              <wp:posOffset>1782022</wp:posOffset>
            </wp:positionV>
            <wp:extent cx="1054100" cy="915670"/>
            <wp:effectExtent l="0" t="0" r="0" b="0"/>
            <wp:wrapNone/>
            <wp:docPr id="2615945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94573" name=""/>
                    <pic:cNvPicPr/>
                  </pic:nvPicPr>
                  <pic:blipFill rotWithShape="1">
                    <a:blip r:embed="rId8"/>
                    <a:srcRect r="1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15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B80F3E">
        <w:rPr>
          <w:lang w:val="es-CL"/>
        </w:rPr>
        <w:drawing>
          <wp:anchor distT="0" distB="0" distL="114300" distR="114300" simplePos="0" relativeHeight="251197952" behindDoc="0" locked="0" layoutInCell="1" allowOverlap="1" wp14:anchorId="73A9E89F" wp14:editId="73A332E5">
            <wp:simplePos x="0" y="0"/>
            <wp:positionH relativeFrom="column">
              <wp:posOffset>3704378</wp:posOffset>
            </wp:positionH>
            <wp:positionV relativeFrom="paragraph">
              <wp:posOffset>43815</wp:posOffset>
            </wp:positionV>
            <wp:extent cx="1308735" cy="889000"/>
            <wp:effectExtent l="0" t="0" r="5715" b="6350"/>
            <wp:wrapNone/>
            <wp:docPr id="19105685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685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B80F3E">
        <w:rPr>
          <w:lang w:val="es-CL"/>
        </w:rPr>
        <w:drawing>
          <wp:anchor distT="0" distB="0" distL="114300" distR="114300" simplePos="0" relativeHeight="251177472" behindDoc="0" locked="0" layoutInCell="1" allowOverlap="1" wp14:anchorId="0264491F" wp14:editId="7D4C7D7E">
            <wp:simplePos x="0" y="0"/>
            <wp:positionH relativeFrom="column">
              <wp:posOffset>1844252</wp:posOffset>
            </wp:positionH>
            <wp:positionV relativeFrom="paragraph">
              <wp:posOffset>46990</wp:posOffset>
            </wp:positionV>
            <wp:extent cx="1072515" cy="831850"/>
            <wp:effectExtent l="0" t="0" r="0" b="6350"/>
            <wp:wrapNone/>
            <wp:docPr id="19736699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699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B80F3E">
        <w:rPr>
          <w:lang w:val="es-CL"/>
        </w:rPr>
        <w:drawing>
          <wp:anchor distT="0" distB="0" distL="114300" distR="114300" simplePos="0" relativeHeight="251156992" behindDoc="0" locked="0" layoutInCell="1" allowOverlap="1" wp14:anchorId="7009CA38" wp14:editId="03C586E4">
            <wp:simplePos x="0" y="0"/>
            <wp:positionH relativeFrom="column">
              <wp:posOffset>259927</wp:posOffset>
            </wp:positionH>
            <wp:positionV relativeFrom="paragraph">
              <wp:posOffset>59690</wp:posOffset>
            </wp:positionV>
            <wp:extent cx="922020" cy="857250"/>
            <wp:effectExtent l="0" t="0" r="0" b="0"/>
            <wp:wrapNone/>
            <wp:docPr id="11316082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0821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B80F3E">
        <w:rPr>
          <w:lang w:val="es-CL"/>
        </w:rPr>
        <w:drawing>
          <wp:anchor distT="0" distB="0" distL="114300" distR="114300" simplePos="0" relativeHeight="251227648" behindDoc="0" locked="0" layoutInCell="1" allowOverlap="1" wp14:anchorId="586606B7" wp14:editId="4BFD97C7">
            <wp:simplePos x="0" y="0"/>
            <wp:positionH relativeFrom="column">
              <wp:posOffset>5432002</wp:posOffset>
            </wp:positionH>
            <wp:positionV relativeFrom="paragraph">
              <wp:posOffset>8890</wp:posOffset>
            </wp:positionV>
            <wp:extent cx="1252855" cy="911860"/>
            <wp:effectExtent l="0" t="0" r="4445" b="2540"/>
            <wp:wrapNone/>
            <wp:docPr id="1707087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874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5" w:rsidRPr="00E44F65">
        <w:rPr>
          <w:lang w:val="es-CL"/>
        </w:rPr>
        <w:drawing>
          <wp:anchor distT="0" distB="0" distL="114300" distR="114300" simplePos="0" relativeHeight="251236864" behindDoc="0" locked="0" layoutInCell="1" allowOverlap="1" wp14:anchorId="0028FFA7" wp14:editId="1CBE7886">
            <wp:simplePos x="0" y="0"/>
            <wp:positionH relativeFrom="column">
              <wp:posOffset>5401945</wp:posOffset>
            </wp:positionH>
            <wp:positionV relativeFrom="paragraph">
              <wp:posOffset>1740112</wp:posOffset>
            </wp:positionV>
            <wp:extent cx="1193800" cy="1005964"/>
            <wp:effectExtent l="0" t="0" r="6350" b="3810"/>
            <wp:wrapNone/>
            <wp:docPr id="10751874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8745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005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A6EAA" w14:textId="24AD53CA" w:rsidR="00717056" w:rsidRPr="00717056" w:rsidRDefault="00717056" w:rsidP="00717056">
      <w:pPr>
        <w:rPr>
          <w:lang w:val="es-CL"/>
        </w:rPr>
      </w:pPr>
    </w:p>
    <w:p w14:paraId="763C8EDB" w14:textId="63025E7A" w:rsidR="00717056" w:rsidRPr="00717056" w:rsidRDefault="00717056" w:rsidP="00717056">
      <w:pPr>
        <w:rPr>
          <w:lang w:val="es-CL"/>
        </w:rPr>
      </w:pPr>
    </w:p>
    <w:p w14:paraId="430B8309" w14:textId="74D820FE" w:rsidR="00717056" w:rsidRPr="00717056" w:rsidRDefault="00717056" w:rsidP="00717056">
      <w:pPr>
        <w:rPr>
          <w:lang w:val="es-CL"/>
        </w:rPr>
      </w:pPr>
    </w:p>
    <w:p w14:paraId="6D836F36" w14:textId="7423A51C" w:rsidR="00717056" w:rsidRPr="00717056" w:rsidRDefault="00717056" w:rsidP="00717056">
      <w:pPr>
        <w:rPr>
          <w:lang w:val="es-CL"/>
        </w:rPr>
      </w:pPr>
    </w:p>
    <w:p w14:paraId="64BBE1A1" w14:textId="48C0053F" w:rsidR="00717056" w:rsidRPr="00717056" w:rsidRDefault="00717056" w:rsidP="00717056">
      <w:pPr>
        <w:rPr>
          <w:lang w:val="es-CL"/>
        </w:rPr>
      </w:pPr>
    </w:p>
    <w:p w14:paraId="23895D8E" w14:textId="6E800C4F" w:rsidR="00717056" w:rsidRPr="00717056" w:rsidRDefault="00717056" w:rsidP="00717056">
      <w:pPr>
        <w:rPr>
          <w:lang w:val="es-CL"/>
        </w:rPr>
      </w:pPr>
    </w:p>
    <w:p w14:paraId="395C9B3F" w14:textId="78864631" w:rsidR="00717056" w:rsidRPr="00717056" w:rsidRDefault="00717056" w:rsidP="00717056">
      <w:pPr>
        <w:rPr>
          <w:lang w:val="es-CL"/>
        </w:rPr>
      </w:pPr>
    </w:p>
    <w:p w14:paraId="4DEC6B8B" w14:textId="05BF0D59" w:rsidR="00717056" w:rsidRPr="00717056" w:rsidRDefault="00717056" w:rsidP="00717056">
      <w:pPr>
        <w:rPr>
          <w:lang w:val="es-CL"/>
        </w:rPr>
      </w:pPr>
    </w:p>
    <w:p w14:paraId="070AB3EC" w14:textId="77777777" w:rsidR="00717056" w:rsidRPr="00717056" w:rsidRDefault="00717056" w:rsidP="00717056">
      <w:pPr>
        <w:rPr>
          <w:lang w:val="es-CL"/>
        </w:rPr>
      </w:pPr>
    </w:p>
    <w:p w14:paraId="1AE63E08" w14:textId="77777777" w:rsidR="00717056" w:rsidRDefault="00717056" w:rsidP="00717056">
      <w:pPr>
        <w:rPr>
          <w:lang w:val="es-CL"/>
        </w:rPr>
      </w:pPr>
    </w:p>
    <w:p w14:paraId="5EFD9910" w14:textId="2088C826" w:rsidR="00717056" w:rsidRDefault="00B44A1E" w:rsidP="00717056">
      <w:pPr>
        <w:tabs>
          <w:tab w:val="left" w:pos="1240"/>
        </w:tabs>
        <w:rPr>
          <w:lang w:val="es-CL"/>
        </w:rPr>
      </w:pPr>
      <w:r>
        <w:rPr>
          <w:lang w:val="es-CL"/>
        </w:rPr>
        <w:t>Ítem</w:t>
      </w:r>
      <w:r w:rsidR="00717056">
        <w:rPr>
          <w:lang w:val="es-CL"/>
        </w:rPr>
        <w:t xml:space="preserve"> II reconocimiento de silaba inicial </w:t>
      </w:r>
    </w:p>
    <w:p w14:paraId="6A93A515" w14:textId="6EAE2856" w:rsidR="00651B72" w:rsidRDefault="00717056" w:rsidP="00717056">
      <w:pPr>
        <w:pStyle w:val="Prrafodelista"/>
        <w:numPr>
          <w:ilvl w:val="0"/>
          <w:numId w:val="10"/>
        </w:numPr>
        <w:tabs>
          <w:tab w:val="left" w:pos="1240"/>
        </w:tabs>
        <w:rPr>
          <w:lang w:val="es-CL"/>
        </w:rPr>
      </w:pPr>
      <w:r>
        <w:rPr>
          <w:lang w:val="es-CL"/>
        </w:rPr>
        <w:t xml:space="preserve">Empareja los </w:t>
      </w:r>
      <w:r w:rsidR="00B44A1E">
        <w:rPr>
          <w:lang w:val="es-CL"/>
        </w:rPr>
        <w:t>dibujos</w:t>
      </w:r>
      <w:r>
        <w:rPr>
          <w:lang w:val="es-CL"/>
        </w:rPr>
        <w:t xml:space="preserve"> que empiecen por la misma silaba</w:t>
      </w:r>
    </w:p>
    <w:p w14:paraId="54119107" w14:textId="0692A2B6" w:rsidR="00717056" w:rsidRPr="00717056" w:rsidRDefault="00651B72" w:rsidP="00651B72">
      <w:pPr>
        <w:pStyle w:val="Prrafodelista"/>
        <w:tabs>
          <w:tab w:val="left" w:pos="1240"/>
        </w:tabs>
        <w:rPr>
          <w:lang w:val="es-CL"/>
        </w:rPr>
      </w:pPr>
      <w:r w:rsidRPr="00717056">
        <w:rPr>
          <w:lang w:val="es-CL"/>
        </w:rPr>
        <w:drawing>
          <wp:anchor distT="0" distB="0" distL="114300" distR="114300" simplePos="0" relativeHeight="252151296" behindDoc="0" locked="0" layoutInCell="1" allowOverlap="1" wp14:anchorId="7EA171BD" wp14:editId="313A8EA4">
            <wp:simplePos x="0" y="0"/>
            <wp:positionH relativeFrom="column">
              <wp:posOffset>33867</wp:posOffset>
            </wp:positionH>
            <wp:positionV relativeFrom="paragraph">
              <wp:posOffset>304165</wp:posOffset>
            </wp:positionV>
            <wp:extent cx="844550" cy="3905250"/>
            <wp:effectExtent l="0" t="0" r="0" b="0"/>
            <wp:wrapNone/>
            <wp:docPr id="623981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8156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6016" b="98862" l="9023" r="89474">
                                  <a14:foregroundMark x1="48872" y1="9106" x2="47368" y2="10894"/>
                                  <a14:foregroundMark x1="69925" y1="27805" x2="29323" y2="32520"/>
                                  <a14:foregroundMark x1="65414" y1="66829" x2="63158" y2="67642"/>
                                  <a14:foregroundMark x1="65414" y1="87642" x2="57895" y2="90244"/>
                                  <a14:foregroundMark x1="60902" y1="99024" x2="11278" y2="95447"/>
                                  <a14:foregroundMark x1="50376" y1="68943" x2="57143" y2="66341"/>
                                  <a14:foregroundMark x1="57143" y1="69431" x2="26316" y2="69756"/>
                                  <a14:foregroundMark x1="63910" y1="65203" x2="27068" y2="70732"/>
                                  <a14:foregroundMark x1="56391" y1="8455" x2="33835" y2="13171"/>
                                  <a14:foregroundMark x1="35338" y1="6016" x2="69925" y2="7642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s-CL"/>
        </w:rPr>
        <w:t xml:space="preserve">(pelota, reloj, lupa, perro, regalo, luna, caramelo, moneda, mochila, </w:t>
      </w:r>
      <w:proofErr w:type="gramStart"/>
      <w:r>
        <w:rPr>
          <w:lang w:val="es-CL"/>
        </w:rPr>
        <w:t>caracol )</w:t>
      </w:r>
      <w:proofErr w:type="gramEnd"/>
    </w:p>
    <w:p w14:paraId="06B4474C" w14:textId="4278DC96" w:rsidR="00651B72" w:rsidRDefault="00651B72" w:rsidP="00651B72">
      <w:pPr>
        <w:tabs>
          <w:tab w:val="left" w:pos="1240"/>
        </w:tabs>
        <w:rPr>
          <w:lang w:val="es-CL"/>
        </w:rPr>
      </w:pPr>
      <w:r w:rsidRPr="00717056">
        <w:rPr>
          <w:lang w:val="es-CL"/>
        </w:rPr>
        <w:drawing>
          <wp:anchor distT="0" distB="0" distL="114300" distR="114300" simplePos="0" relativeHeight="252140032" behindDoc="0" locked="0" layoutInCell="1" allowOverlap="1" wp14:anchorId="6A95EEA7" wp14:editId="16396DFF">
            <wp:simplePos x="0" y="0"/>
            <wp:positionH relativeFrom="column">
              <wp:posOffset>5447030</wp:posOffset>
            </wp:positionH>
            <wp:positionV relativeFrom="paragraph">
              <wp:posOffset>5080</wp:posOffset>
            </wp:positionV>
            <wp:extent cx="825542" cy="4000706"/>
            <wp:effectExtent l="0" t="0" r="0" b="0"/>
            <wp:wrapNone/>
            <wp:docPr id="19499233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233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5542" cy="400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60F33" w14:textId="12B5EEB8" w:rsidR="00651B72" w:rsidRDefault="00651B72" w:rsidP="00651B72">
      <w:pPr>
        <w:tabs>
          <w:tab w:val="left" w:pos="1240"/>
        </w:tabs>
        <w:rPr>
          <w:lang w:val="es-CL"/>
        </w:rPr>
      </w:pPr>
    </w:p>
    <w:p w14:paraId="484ED120" w14:textId="32F06313" w:rsidR="00651B72" w:rsidRDefault="00651B72" w:rsidP="00651B72">
      <w:pPr>
        <w:tabs>
          <w:tab w:val="left" w:pos="1240"/>
        </w:tabs>
        <w:rPr>
          <w:lang w:val="es-CL"/>
        </w:rPr>
      </w:pPr>
    </w:p>
    <w:p w14:paraId="7628DA66" w14:textId="43A860F1" w:rsidR="00651B72" w:rsidRDefault="00651B72" w:rsidP="00651B72">
      <w:pPr>
        <w:tabs>
          <w:tab w:val="left" w:pos="1240"/>
        </w:tabs>
        <w:rPr>
          <w:lang w:val="es-CL"/>
        </w:rPr>
      </w:pPr>
    </w:p>
    <w:p w14:paraId="382D9348" w14:textId="6E7595F8" w:rsidR="00651B72" w:rsidRDefault="00651B72" w:rsidP="00651B72">
      <w:pPr>
        <w:tabs>
          <w:tab w:val="left" w:pos="1240"/>
        </w:tabs>
        <w:rPr>
          <w:lang w:val="es-CL"/>
        </w:rPr>
      </w:pPr>
    </w:p>
    <w:p w14:paraId="6261D4C8" w14:textId="0F5CE811" w:rsidR="00651B72" w:rsidRDefault="00651B72" w:rsidP="00651B72">
      <w:pPr>
        <w:tabs>
          <w:tab w:val="left" w:pos="1240"/>
        </w:tabs>
        <w:rPr>
          <w:lang w:val="es-CL"/>
        </w:rPr>
      </w:pPr>
    </w:p>
    <w:p w14:paraId="7D244A27" w14:textId="548FC9E8" w:rsidR="00651B72" w:rsidRDefault="00651B72" w:rsidP="00651B72">
      <w:pPr>
        <w:tabs>
          <w:tab w:val="left" w:pos="1240"/>
        </w:tabs>
        <w:rPr>
          <w:lang w:val="es-CL"/>
        </w:rPr>
      </w:pPr>
    </w:p>
    <w:p w14:paraId="7F883BCE" w14:textId="26618871" w:rsidR="00651B72" w:rsidRDefault="00651B72" w:rsidP="00651B72">
      <w:pPr>
        <w:tabs>
          <w:tab w:val="left" w:pos="1240"/>
        </w:tabs>
        <w:rPr>
          <w:lang w:val="es-CL"/>
        </w:rPr>
      </w:pPr>
    </w:p>
    <w:p w14:paraId="3547C248" w14:textId="37AD9950" w:rsidR="00651B72" w:rsidRDefault="00651B72" w:rsidP="00651B72">
      <w:pPr>
        <w:tabs>
          <w:tab w:val="left" w:pos="1240"/>
        </w:tabs>
        <w:rPr>
          <w:lang w:val="es-CL"/>
        </w:rPr>
      </w:pPr>
    </w:p>
    <w:p w14:paraId="7FC0D182" w14:textId="715D1D98" w:rsidR="00651B72" w:rsidRDefault="00651B72" w:rsidP="00651B72">
      <w:pPr>
        <w:tabs>
          <w:tab w:val="left" w:pos="1240"/>
        </w:tabs>
        <w:rPr>
          <w:lang w:val="es-CL"/>
        </w:rPr>
      </w:pPr>
    </w:p>
    <w:p w14:paraId="5E590717" w14:textId="25D725A9" w:rsidR="00651B72" w:rsidRDefault="00651B72" w:rsidP="00651B72">
      <w:pPr>
        <w:tabs>
          <w:tab w:val="left" w:pos="1240"/>
        </w:tabs>
        <w:rPr>
          <w:lang w:val="es-CL"/>
        </w:rPr>
      </w:pPr>
    </w:p>
    <w:p w14:paraId="652AEA60" w14:textId="6E166050" w:rsidR="00651B72" w:rsidRDefault="00651B72" w:rsidP="00651B72">
      <w:pPr>
        <w:tabs>
          <w:tab w:val="left" w:pos="1240"/>
        </w:tabs>
        <w:rPr>
          <w:lang w:val="es-CL"/>
        </w:rPr>
      </w:pPr>
    </w:p>
    <w:p w14:paraId="439925C3" w14:textId="1DB083D6" w:rsidR="00651B72" w:rsidRDefault="00B44A1E" w:rsidP="00651B72">
      <w:pPr>
        <w:tabs>
          <w:tab w:val="left" w:pos="1240"/>
        </w:tabs>
        <w:rPr>
          <w:lang w:val="es-CL"/>
        </w:rPr>
      </w:pPr>
      <w:r>
        <w:rPr>
          <w:lang w:val="es-CL"/>
        </w:rPr>
        <w:lastRenderedPageBreak/>
        <w:t>Ítem</w:t>
      </w:r>
      <w:r w:rsidR="00651B72">
        <w:rPr>
          <w:lang w:val="es-CL"/>
        </w:rPr>
        <w:t xml:space="preserve"> III silaba final </w:t>
      </w:r>
    </w:p>
    <w:p w14:paraId="0799A46F" w14:textId="196009A5" w:rsidR="00651B72" w:rsidRDefault="00651B72" w:rsidP="00651B72">
      <w:pPr>
        <w:pStyle w:val="Prrafodelista"/>
        <w:numPr>
          <w:ilvl w:val="0"/>
          <w:numId w:val="10"/>
        </w:numPr>
        <w:tabs>
          <w:tab w:val="left" w:pos="1240"/>
        </w:tabs>
        <w:rPr>
          <w:lang w:val="es-CL"/>
        </w:rPr>
      </w:pPr>
      <w:r w:rsidRPr="00651B72">
        <w:rPr>
          <w:lang w:val="es-CL"/>
        </w:rPr>
        <w:drawing>
          <wp:anchor distT="0" distB="0" distL="114300" distR="114300" simplePos="0" relativeHeight="252161536" behindDoc="0" locked="0" layoutInCell="1" allowOverlap="1" wp14:anchorId="295E3F8C" wp14:editId="4E47C1DA">
            <wp:simplePos x="0" y="0"/>
            <wp:positionH relativeFrom="column">
              <wp:posOffset>110067</wp:posOffset>
            </wp:positionH>
            <wp:positionV relativeFrom="paragraph">
              <wp:posOffset>387138</wp:posOffset>
            </wp:positionV>
            <wp:extent cx="668655" cy="3708400"/>
            <wp:effectExtent l="0" t="0" r="0" b="6350"/>
            <wp:wrapNone/>
            <wp:docPr id="1637435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35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256" cy="374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CL"/>
        </w:rPr>
        <w:t xml:space="preserve">Una las imágenes que terminen con la misma silaba </w:t>
      </w:r>
    </w:p>
    <w:p w14:paraId="6047B3EA" w14:textId="145EAC20" w:rsidR="00B44A1E" w:rsidRPr="00B44A1E" w:rsidRDefault="00B44A1E" w:rsidP="00B44A1E">
      <w:pPr>
        <w:rPr>
          <w:lang w:val="es-CL"/>
        </w:rPr>
      </w:pPr>
      <w:r w:rsidRPr="00651B72">
        <w:rPr>
          <w:lang w:val="es-CL"/>
        </w:rPr>
        <w:drawing>
          <wp:anchor distT="0" distB="0" distL="114300" distR="114300" simplePos="0" relativeHeight="252169728" behindDoc="0" locked="0" layoutInCell="1" allowOverlap="1" wp14:anchorId="7C650BB9" wp14:editId="221FD04B">
            <wp:simplePos x="0" y="0"/>
            <wp:positionH relativeFrom="column">
              <wp:posOffset>5427133</wp:posOffset>
            </wp:positionH>
            <wp:positionV relativeFrom="paragraph">
              <wp:posOffset>165312</wp:posOffset>
            </wp:positionV>
            <wp:extent cx="812800" cy="3492812"/>
            <wp:effectExtent l="0" t="0" r="6350" b="0"/>
            <wp:wrapNone/>
            <wp:docPr id="19857947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9476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7085" cy="3511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1BC5C" w14:textId="77777777" w:rsidR="00B44A1E" w:rsidRPr="00B44A1E" w:rsidRDefault="00B44A1E" w:rsidP="00B44A1E">
      <w:pPr>
        <w:rPr>
          <w:lang w:val="es-CL"/>
        </w:rPr>
      </w:pPr>
    </w:p>
    <w:p w14:paraId="370DB641" w14:textId="77777777" w:rsidR="00B44A1E" w:rsidRPr="00B44A1E" w:rsidRDefault="00B44A1E" w:rsidP="00B44A1E">
      <w:pPr>
        <w:rPr>
          <w:lang w:val="es-CL"/>
        </w:rPr>
      </w:pPr>
    </w:p>
    <w:p w14:paraId="6FE4B48D" w14:textId="77777777" w:rsidR="00B44A1E" w:rsidRPr="00B44A1E" w:rsidRDefault="00B44A1E" w:rsidP="00B44A1E">
      <w:pPr>
        <w:rPr>
          <w:lang w:val="es-CL"/>
        </w:rPr>
      </w:pPr>
    </w:p>
    <w:p w14:paraId="0591075A" w14:textId="77777777" w:rsidR="00B44A1E" w:rsidRPr="00B44A1E" w:rsidRDefault="00B44A1E" w:rsidP="00B44A1E">
      <w:pPr>
        <w:rPr>
          <w:lang w:val="es-CL"/>
        </w:rPr>
      </w:pPr>
    </w:p>
    <w:p w14:paraId="7EA11118" w14:textId="77777777" w:rsidR="00B44A1E" w:rsidRPr="00B44A1E" w:rsidRDefault="00B44A1E" w:rsidP="00B44A1E">
      <w:pPr>
        <w:rPr>
          <w:lang w:val="es-CL"/>
        </w:rPr>
      </w:pPr>
    </w:p>
    <w:p w14:paraId="6D770D22" w14:textId="77777777" w:rsidR="00B44A1E" w:rsidRPr="00B44A1E" w:rsidRDefault="00B44A1E" w:rsidP="00B44A1E">
      <w:pPr>
        <w:rPr>
          <w:lang w:val="es-CL"/>
        </w:rPr>
      </w:pPr>
    </w:p>
    <w:p w14:paraId="2A3D2793" w14:textId="77777777" w:rsidR="00B44A1E" w:rsidRPr="00B44A1E" w:rsidRDefault="00B44A1E" w:rsidP="00B44A1E">
      <w:pPr>
        <w:rPr>
          <w:lang w:val="es-CL"/>
        </w:rPr>
      </w:pPr>
    </w:p>
    <w:p w14:paraId="090B4555" w14:textId="77777777" w:rsidR="00B44A1E" w:rsidRPr="00B44A1E" w:rsidRDefault="00B44A1E" w:rsidP="00B44A1E">
      <w:pPr>
        <w:rPr>
          <w:lang w:val="es-CL"/>
        </w:rPr>
      </w:pPr>
    </w:p>
    <w:p w14:paraId="2382920C" w14:textId="77777777" w:rsidR="00B44A1E" w:rsidRPr="00B44A1E" w:rsidRDefault="00B44A1E" w:rsidP="00B44A1E">
      <w:pPr>
        <w:rPr>
          <w:lang w:val="es-CL"/>
        </w:rPr>
      </w:pPr>
    </w:p>
    <w:p w14:paraId="4F739C0E" w14:textId="77777777" w:rsidR="00B44A1E" w:rsidRPr="00B44A1E" w:rsidRDefault="00B44A1E" w:rsidP="00B44A1E">
      <w:pPr>
        <w:rPr>
          <w:lang w:val="es-CL"/>
        </w:rPr>
      </w:pPr>
    </w:p>
    <w:p w14:paraId="484D9254" w14:textId="77777777" w:rsidR="00B44A1E" w:rsidRDefault="00B44A1E" w:rsidP="00B44A1E">
      <w:pPr>
        <w:rPr>
          <w:lang w:val="es-CL"/>
        </w:rPr>
      </w:pPr>
    </w:p>
    <w:p w14:paraId="04AC17F7" w14:textId="77777777" w:rsidR="00B44A1E" w:rsidRDefault="00B44A1E" w:rsidP="00B44A1E">
      <w:pPr>
        <w:rPr>
          <w:lang w:val="es-CL"/>
        </w:rPr>
      </w:pPr>
    </w:p>
    <w:p w14:paraId="167D9AC8" w14:textId="6C33221E" w:rsidR="00B44A1E" w:rsidRDefault="00B44A1E" w:rsidP="00B44A1E">
      <w:pPr>
        <w:rPr>
          <w:lang w:val="es-CL"/>
        </w:rPr>
      </w:pPr>
      <w:proofErr w:type="spellStart"/>
      <w:r>
        <w:rPr>
          <w:lang w:val="es-CL"/>
        </w:rPr>
        <w:t>Item</w:t>
      </w:r>
      <w:proofErr w:type="spellEnd"/>
      <w:r>
        <w:rPr>
          <w:lang w:val="es-CL"/>
        </w:rPr>
        <w:t xml:space="preserve"> IV palabras que rimen</w:t>
      </w:r>
    </w:p>
    <w:p w14:paraId="32815D08" w14:textId="704A3723" w:rsidR="00B44A1E" w:rsidRDefault="00B44A1E" w:rsidP="00B44A1E">
      <w:pPr>
        <w:pStyle w:val="Prrafodelista"/>
        <w:numPr>
          <w:ilvl w:val="0"/>
          <w:numId w:val="10"/>
        </w:numPr>
        <w:rPr>
          <w:lang w:val="es-CL"/>
        </w:rPr>
      </w:pPr>
      <w:r w:rsidRPr="00B44A1E">
        <w:rPr>
          <w:lang w:val="es-CL"/>
        </w:rPr>
        <w:t>una las imágenes que rimen</w:t>
      </w:r>
    </w:p>
    <w:p w14:paraId="578BB73A" w14:textId="3A17CC65" w:rsidR="00B44A1E" w:rsidRPr="00B44A1E" w:rsidRDefault="00B44A1E" w:rsidP="00B44A1E">
      <w:pPr>
        <w:ind w:left="360"/>
        <w:rPr>
          <w:lang w:val="es-CL"/>
        </w:rPr>
      </w:pPr>
      <w:r w:rsidRPr="00B44A1E">
        <w:rPr>
          <w:lang w:val="es-CL"/>
        </w:rPr>
        <w:drawing>
          <wp:anchor distT="0" distB="0" distL="114300" distR="114300" simplePos="0" relativeHeight="252171776" behindDoc="0" locked="0" layoutInCell="1" allowOverlap="1" wp14:anchorId="2E6AA76B" wp14:editId="43C7F42E">
            <wp:simplePos x="0" y="0"/>
            <wp:positionH relativeFrom="column">
              <wp:posOffset>5164243</wp:posOffset>
            </wp:positionH>
            <wp:positionV relativeFrom="paragraph">
              <wp:posOffset>218863</wp:posOffset>
            </wp:positionV>
            <wp:extent cx="1016000" cy="2997200"/>
            <wp:effectExtent l="0" t="0" r="0" b="0"/>
            <wp:wrapNone/>
            <wp:docPr id="9028137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137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4A1E">
        <w:rPr>
          <w:lang w:val="es-CL"/>
        </w:rPr>
        <w:drawing>
          <wp:inline distT="0" distB="0" distL="0" distR="0" wp14:anchorId="6D6D85E0" wp14:editId="26B88599">
            <wp:extent cx="958899" cy="3073558"/>
            <wp:effectExtent l="0" t="0" r="0" b="0"/>
            <wp:docPr id="5036555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5552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8899" cy="30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A1E" w:rsidRPr="00B44A1E" w:rsidSect="007374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E731D8"/>
    <w:multiLevelType w:val="hybridMultilevel"/>
    <w:tmpl w:val="396EA8E4"/>
    <w:lvl w:ilvl="0" w:tplc="E26020C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47">
    <w:abstractNumId w:val="8"/>
  </w:num>
  <w:num w:numId="2" w16cid:durableId="2000186405">
    <w:abstractNumId w:val="6"/>
  </w:num>
  <w:num w:numId="3" w16cid:durableId="2015690803">
    <w:abstractNumId w:val="5"/>
  </w:num>
  <w:num w:numId="4" w16cid:durableId="695889838">
    <w:abstractNumId w:val="4"/>
  </w:num>
  <w:num w:numId="5" w16cid:durableId="868226673">
    <w:abstractNumId w:val="7"/>
  </w:num>
  <w:num w:numId="6" w16cid:durableId="276254698">
    <w:abstractNumId w:val="3"/>
  </w:num>
  <w:num w:numId="7" w16cid:durableId="1314720524">
    <w:abstractNumId w:val="2"/>
  </w:num>
  <w:num w:numId="8" w16cid:durableId="939340635">
    <w:abstractNumId w:val="1"/>
  </w:num>
  <w:num w:numId="9" w16cid:durableId="1843743022">
    <w:abstractNumId w:val="0"/>
  </w:num>
  <w:num w:numId="10" w16cid:durableId="12271071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4A4B"/>
    <w:rsid w:val="00326F90"/>
    <w:rsid w:val="00651B72"/>
    <w:rsid w:val="006B6A1F"/>
    <w:rsid w:val="00717056"/>
    <w:rsid w:val="007374FE"/>
    <w:rsid w:val="00A87897"/>
    <w:rsid w:val="00AA1D8D"/>
    <w:rsid w:val="00B44A1E"/>
    <w:rsid w:val="00B47730"/>
    <w:rsid w:val="00B80F3E"/>
    <w:rsid w:val="00CB0664"/>
    <w:rsid w:val="00E44F65"/>
    <w:rsid w:val="00EC74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92800"/>
  <w14:defaultImageDpi w14:val="300"/>
  <w15:docId w15:val="{385AFF5E-7FCB-4A3B-B868-DCABF5C6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77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licencias2340@i365.top</cp:lastModifiedBy>
  <cp:revision>2</cp:revision>
  <dcterms:created xsi:type="dcterms:W3CDTF">2026-05-11T15:37:00Z</dcterms:created>
  <dcterms:modified xsi:type="dcterms:W3CDTF">2026-05-11T15:37:00Z</dcterms:modified>
  <cp:category/>
</cp:coreProperties>
</file>