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0674E" w14:textId="5DB1EF9C" w:rsidR="00276DB4" w:rsidRPr="0008775C" w:rsidRDefault="00756EB8" w:rsidP="00756EB8">
      <w:pPr>
        <w:rPr>
          <w:lang w:val="es-CL"/>
        </w:rPr>
      </w:pPr>
      <w:r>
        <w:rPr>
          <w:noProof/>
          <w:lang w:val="es-CL"/>
        </w:rPr>
        <w:drawing>
          <wp:anchor distT="0" distB="0" distL="114300" distR="114300" simplePos="0" relativeHeight="251658240" behindDoc="0" locked="0" layoutInCell="1" allowOverlap="1" wp14:anchorId="0E420CD7" wp14:editId="4B3CF90B">
            <wp:simplePos x="0" y="0"/>
            <wp:positionH relativeFrom="column">
              <wp:posOffset>-887820</wp:posOffset>
            </wp:positionH>
            <wp:positionV relativeFrom="paragraph">
              <wp:posOffset>-1233378</wp:posOffset>
            </wp:positionV>
            <wp:extent cx="7418659" cy="10334847"/>
            <wp:effectExtent l="0" t="0" r="0" b="0"/>
            <wp:wrapNone/>
            <wp:docPr id="1581650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50770" name="Imagen 15816507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8574" cy="10390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6DB4" w:rsidRPr="000877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1623250">
    <w:abstractNumId w:val="8"/>
  </w:num>
  <w:num w:numId="2" w16cid:durableId="1156458632">
    <w:abstractNumId w:val="6"/>
  </w:num>
  <w:num w:numId="3" w16cid:durableId="818570831">
    <w:abstractNumId w:val="5"/>
  </w:num>
  <w:num w:numId="4" w16cid:durableId="1998612990">
    <w:abstractNumId w:val="4"/>
  </w:num>
  <w:num w:numId="5" w16cid:durableId="526211035">
    <w:abstractNumId w:val="7"/>
  </w:num>
  <w:num w:numId="6" w16cid:durableId="1701664414">
    <w:abstractNumId w:val="3"/>
  </w:num>
  <w:num w:numId="7" w16cid:durableId="1891653382">
    <w:abstractNumId w:val="2"/>
  </w:num>
  <w:num w:numId="8" w16cid:durableId="525488271">
    <w:abstractNumId w:val="1"/>
  </w:num>
  <w:num w:numId="9" w16cid:durableId="198681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75C"/>
    <w:rsid w:val="0015074B"/>
    <w:rsid w:val="00276DB4"/>
    <w:rsid w:val="0029639D"/>
    <w:rsid w:val="00326F90"/>
    <w:rsid w:val="00330BA4"/>
    <w:rsid w:val="00756EB8"/>
    <w:rsid w:val="00AA1D8D"/>
    <w:rsid w:val="00B47730"/>
    <w:rsid w:val="00C662ED"/>
    <w:rsid w:val="00CB0664"/>
    <w:rsid w:val="00DD24BA"/>
    <w:rsid w:val="00F844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CDFA0"/>
  <w14:defaultImageDpi w14:val="300"/>
  <w15:docId w15:val="{E84CB0EC-B7A6-471F-81AF-7F7C98FA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licencias2340@i365.top</cp:lastModifiedBy>
  <cp:revision>2</cp:revision>
  <cp:lastPrinted>2026-05-20T21:09:00Z</cp:lastPrinted>
  <dcterms:created xsi:type="dcterms:W3CDTF">2026-05-27T16:07:00Z</dcterms:created>
  <dcterms:modified xsi:type="dcterms:W3CDTF">2026-05-27T16:07:00Z</dcterms:modified>
  <cp:category/>
</cp:coreProperties>
</file>