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27960" w14:textId="77777777" w:rsidR="00256009" w:rsidRDefault="00000000">
      <w:pPr>
        <w:jc w:val="center"/>
      </w:pPr>
      <w:r>
        <w:rPr>
          <w:b/>
          <w:sz w:val="34"/>
        </w:rPr>
        <w:t>EVALUACIÓN DE MATEMÁTICA</w:t>
      </w:r>
    </w:p>
    <w:p w14:paraId="27075695" w14:textId="77777777" w:rsidR="00256009" w:rsidRDefault="00000000">
      <w:pPr>
        <w:jc w:val="center"/>
      </w:pPr>
      <w:r>
        <w:rPr>
          <w:b/>
          <w:sz w:val="28"/>
        </w:rPr>
        <w:t>Probabilidad Condicional — 3° Medio</w:t>
      </w:r>
    </w:p>
    <w:p w14:paraId="5F914B99" w14:textId="77777777" w:rsidR="00256009" w:rsidRDefault="00000000">
      <w:r>
        <w:t>Nombre: _________________________________________    Curso: __________    Fecha: __________</w:t>
      </w:r>
    </w:p>
    <w:p w14:paraId="640E12A2" w14:textId="77777777" w:rsidR="00256009" w:rsidRDefault="00000000">
      <w:r>
        <w:t>Puntaje ideal: 50 puntos     Puntaje obtenido: __________     Nota: __________</w:t>
      </w:r>
    </w:p>
    <w:p w14:paraId="0AEDB9D4" w14:textId="77777777" w:rsidR="00256009" w:rsidRDefault="00000000">
      <w:r>
        <w:rPr>
          <w:b/>
        </w:rPr>
        <w:t xml:space="preserve">Instrucciones: </w:t>
      </w:r>
      <w:r>
        <w:t>Desarrolla cada ejercicio mostrando los procedimientos utilizados. Expresa las probabilidades como fracción simplificada, decimal o porcentaje, según corresponda. Cada ejercicio vale 2 puntos.</w:t>
      </w:r>
    </w:p>
    <w:p w14:paraId="5CFEBFD9" w14:textId="77777777" w:rsidR="00256009" w:rsidRDefault="00000000">
      <w:pPr>
        <w:spacing w:before="200"/>
      </w:pPr>
      <w:r>
        <w:rPr>
          <w:b/>
          <w:sz w:val="26"/>
        </w:rPr>
        <w:t>I. Probabilidad condicional</w:t>
      </w:r>
    </w:p>
    <w:p w14:paraId="3412CCC3" w14:textId="77777777" w:rsidR="00256009" w:rsidRDefault="00000000">
      <w:pPr>
        <w:spacing w:after="120"/>
      </w:pPr>
      <w:r>
        <w:t>1. Sean A y B dos eventos tales que P(A ∩ B) = 0,30 y P(B) = 0,50. Calcula P(A | B).</w:t>
      </w:r>
    </w:p>
    <w:p w14:paraId="50462204" w14:textId="77777777" w:rsidR="00256009" w:rsidRDefault="00000000">
      <w:r>
        <w:t>________________________________________________________________________________</w:t>
      </w:r>
    </w:p>
    <w:p w14:paraId="2D93D0BE" w14:textId="77777777" w:rsidR="00256009" w:rsidRDefault="00000000">
      <w:r>
        <w:t>________________________________________________________________________________</w:t>
      </w:r>
    </w:p>
    <w:p w14:paraId="1ABBC1F9" w14:textId="77777777" w:rsidR="00256009" w:rsidRDefault="00000000">
      <w:pPr>
        <w:spacing w:after="120"/>
      </w:pPr>
      <w:r>
        <w:t>2. Sean C y D dos eventos tales que P(C ∩ D) = 0,18 y P(D) = 0,45. Calcula P(C | D).</w:t>
      </w:r>
    </w:p>
    <w:p w14:paraId="300D22BB" w14:textId="77777777" w:rsidR="00256009" w:rsidRDefault="00000000">
      <w:r>
        <w:t>________________________________________________________________________________</w:t>
      </w:r>
    </w:p>
    <w:p w14:paraId="02FA3F65" w14:textId="77777777" w:rsidR="00256009" w:rsidRDefault="00000000">
      <w:r>
        <w:t>________________________________________________________________________________</w:t>
      </w:r>
    </w:p>
    <w:p w14:paraId="555EC8E7" w14:textId="77777777" w:rsidR="00256009" w:rsidRDefault="00000000">
      <w:pPr>
        <w:spacing w:after="120"/>
      </w:pPr>
      <w:r>
        <w:t>3. En un curso de 40 estudiantes, 25 practican algún deporte y 15 practican deporte y además participan en un taller artístico. Si se selecciona un estudiante que practica deporte, ¿cuál es la probabilidad de que también participe en un taller artístico?</w:t>
      </w:r>
    </w:p>
    <w:p w14:paraId="304E1D23" w14:textId="77777777" w:rsidR="00256009" w:rsidRDefault="00000000">
      <w:r>
        <w:t>________________________________________________________________________________</w:t>
      </w:r>
    </w:p>
    <w:p w14:paraId="3FC0A2AE" w14:textId="77777777" w:rsidR="00256009" w:rsidRDefault="00000000">
      <w:r>
        <w:t>________________________________________________________________________________</w:t>
      </w:r>
    </w:p>
    <w:p w14:paraId="5C2DB451" w14:textId="77777777" w:rsidR="00256009" w:rsidRDefault="00000000">
      <w:pPr>
        <w:spacing w:after="120"/>
      </w:pPr>
      <w:r>
        <w:t>4. En una encuesta a 120 estudiantes, 80 señalaron que utilizan transporte público para llegar al colegio. De ellos, 56 demoran menos de 30 minutos en llegar. Si se sabe que un estudiante utiliza transporte público, ¿cuál es la probabilidad de que demore menos de 30 minutos?</w:t>
      </w:r>
    </w:p>
    <w:p w14:paraId="606B6FB9" w14:textId="77777777" w:rsidR="00256009" w:rsidRDefault="00000000">
      <w:r>
        <w:t>________________________________________________________________________________</w:t>
      </w:r>
    </w:p>
    <w:p w14:paraId="14AA066B" w14:textId="77777777" w:rsidR="00256009" w:rsidRDefault="00000000">
      <w:r>
        <w:t>________________________________________________________________________________</w:t>
      </w:r>
    </w:p>
    <w:p w14:paraId="59C4F429" w14:textId="77777777" w:rsidR="00256009" w:rsidRDefault="00000000">
      <w:pPr>
        <w:spacing w:after="120"/>
      </w:pPr>
      <w:r>
        <w:t>5. Se lanza una vez un dado equilibrado de seis caras. Se definen A = {obtener un número par} y B = {obtener un número mayor que 2}. Calcula P(A | B).</w:t>
      </w:r>
    </w:p>
    <w:p w14:paraId="73D7B90F" w14:textId="77777777" w:rsidR="00256009" w:rsidRDefault="00000000">
      <w:r>
        <w:t>________________________________________________________________________________</w:t>
      </w:r>
    </w:p>
    <w:p w14:paraId="35E3716E" w14:textId="77777777" w:rsidR="00256009" w:rsidRDefault="00000000">
      <w:r>
        <w:t>________________________________________________________________________________</w:t>
      </w:r>
    </w:p>
    <w:p w14:paraId="718361E6" w14:textId="77777777" w:rsidR="00256009" w:rsidRDefault="00000000">
      <w:pPr>
        <w:spacing w:before="200"/>
      </w:pPr>
      <w:r>
        <w:rPr>
          <w:b/>
          <w:sz w:val="26"/>
        </w:rPr>
        <w:t>II. Regla del producto</w:t>
      </w:r>
    </w:p>
    <w:p w14:paraId="584FA5B2" w14:textId="77777777" w:rsidR="00256009" w:rsidRDefault="00000000">
      <w:pPr>
        <w:spacing w:after="120"/>
      </w:pPr>
      <w:r>
        <w:t>6. Para dos eventos A y B se sabe que P(B) = 0,60 y P(A | B) = 0,40. Calcula P(A ∩ B).</w:t>
      </w:r>
    </w:p>
    <w:p w14:paraId="0294824C" w14:textId="77777777" w:rsidR="00256009" w:rsidRDefault="00000000">
      <w:r>
        <w:t>________________________________________________________________________________</w:t>
      </w:r>
    </w:p>
    <w:p w14:paraId="16574EEA" w14:textId="77777777" w:rsidR="00256009" w:rsidRDefault="00000000">
      <w:r>
        <w:lastRenderedPageBreak/>
        <w:t>________________________________________________________________________________</w:t>
      </w:r>
    </w:p>
    <w:p w14:paraId="2E7B2E6B" w14:textId="77777777" w:rsidR="00256009" w:rsidRDefault="00000000">
      <w:pPr>
        <w:spacing w:after="120"/>
      </w:pPr>
      <w:r>
        <w:t>7. En un colegio, el 70 % de los estudiantes participa en alguna actividad extracurricular. Entre quienes participan, el 30 % practica básquetbol. ¿Cuál es la probabilidad de seleccionar al azar a un estudiante que participe en una actividad extracurricular y practique básquetbol?</w:t>
      </w:r>
    </w:p>
    <w:p w14:paraId="46B08D52" w14:textId="77777777" w:rsidR="00256009" w:rsidRDefault="00000000">
      <w:r>
        <w:t>________________________________________________________________________________</w:t>
      </w:r>
    </w:p>
    <w:p w14:paraId="7E2A6371" w14:textId="77777777" w:rsidR="00256009" w:rsidRDefault="00000000">
      <w:r>
        <w:t>________________________________________________________________________________</w:t>
      </w:r>
    </w:p>
    <w:p w14:paraId="3B35F264" w14:textId="77777777" w:rsidR="00256009" w:rsidRDefault="00000000">
      <w:pPr>
        <w:spacing w:after="120"/>
      </w:pPr>
      <w:r>
        <w:t>8. El 45 % de los estudiantes de un establecimiento pertenece a enseñanza media. De estos estudiantes, el 60 % utiliza la biblioteca al menos una vez por semana. ¿Cuál es la probabilidad de seleccionar al azar a un estudiante que pertenezca a enseñanza media y utilice semanalmente la biblioteca?</w:t>
      </w:r>
    </w:p>
    <w:p w14:paraId="1FA0C869" w14:textId="77777777" w:rsidR="00256009" w:rsidRDefault="00000000">
      <w:r>
        <w:t>________________________________________________________________________________</w:t>
      </w:r>
    </w:p>
    <w:p w14:paraId="76353510" w14:textId="77777777" w:rsidR="00256009" w:rsidRDefault="00000000">
      <w:r>
        <w:t>________________________________________________________________________________</w:t>
      </w:r>
    </w:p>
    <w:p w14:paraId="7241AD9B" w14:textId="77777777" w:rsidR="00256009" w:rsidRDefault="00000000">
      <w:pPr>
        <w:spacing w:after="120"/>
      </w:pPr>
      <w:r>
        <w:t>9. En una empresa, el 80 % de los trabajadores utiliza computador durante su jornada laboral. Entre estos trabajadores, el 75 % utiliza además una plataforma de videoconferencia. ¿Cuál es la probabilidad de seleccionar a un trabajador que utilice computador y plataforma de videoconferencia?</w:t>
      </w:r>
    </w:p>
    <w:p w14:paraId="5CAE0AD1" w14:textId="77777777" w:rsidR="00256009" w:rsidRDefault="00000000">
      <w:r>
        <w:t>________________________________________________________________________________</w:t>
      </w:r>
    </w:p>
    <w:p w14:paraId="1BE1E957" w14:textId="77777777" w:rsidR="00256009" w:rsidRDefault="00000000">
      <w:r>
        <w:t>________________________________________________________________________________</w:t>
      </w:r>
    </w:p>
    <w:p w14:paraId="44C17A48" w14:textId="77777777" w:rsidR="00256009" w:rsidRDefault="00000000">
      <w:pPr>
        <w:spacing w:before="200"/>
      </w:pPr>
      <w:r>
        <w:rPr>
          <w:b/>
          <w:sz w:val="26"/>
        </w:rPr>
        <w:t>III. Regla de la suma y complemento</w:t>
      </w:r>
    </w:p>
    <w:p w14:paraId="4D7D0787" w14:textId="77777777" w:rsidR="00256009" w:rsidRDefault="00000000">
      <w:pPr>
        <w:spacing w:after="120"/>
      </w:pPr>
      <w:r>
        <w:t>10. Sean A y B dos eventos tales que P(A) = 0,50, P(B) = 0,40 y P(A ∩ B) = 0,20. Calcula P(A ∪ B).</w:t>
      </w:r>
    </w:p>
    <w:p w14:paraId="5096AB0C" w14:textId="77777777" w:rsidR="00256009" w:rsidRDefault="00000000">
      <w:r>
        <w:t>________________________________________________________________________________</w:t>
      </w:r>
    </w:p>
    <w:p w14:paraId="3F2CBF81" w14:textId="77777777" w:rsidR="00256009" w:rsidRDefault="00000000">
      <w:r>
        <w:t>________________________________________________________________________________</w:t>
      </w:r>
    </w:p>
    <w:p w14:paraId="32BB9107" w14:textId="77777777" w:rsidR="00256009" w:rsidRDefault="00000000">
      <w:pPr>
        <w:spacing w:after="120"/>
      </w:pPr>
      <w:r>
        <w:t>11. En un curso, P(M) = 0,65, P(D) = 0,45 y P(M ∩ D) = 0,30, donde M representa aprobar Matemática y D representa aprobar Ciencias. ¿Cuál es la probabilidad de que un estudiante apruebe Matemática o Ciencias, o ambas asignaturas?</w:t>
      </w:r>
    </w:p>
    <w:p w14:paraId="60B7993A" w14:textId="77777777" w:rsidR="00256009" w:rsidRDefault="00000000">
      <w:r>
        <w:t>________________________________________________________________________________</w:t>
      </w:r>
    </w:p>
    <w:p w14:paraId="7E7E1E2F" w14:textId="77777777" w:rsidR="00256009" w:rsidRDefault="00000000">
      <w:r>
        <w:t>________________________________________________________________________________</w:t>
      </w:r>
    </w:p>
    <w:p w14:paraId="4758E24A" w14:textId="77777777" w:rsidR="00256009" w:rsidRDefault="00000000">
      <w:pPr>
        <w:spacing w:after="120"/>
      </w:pPr>
      <w:r>
        <w:t>12. La probabilidad de que un estudiante llegue atrasado al colegio un día determinado es 0,15. ¿Cuál es la probabilidad de que no llegue atrasado?</w:t>
      </w:r>
    </w:p>
    <w:p w14:paraId="37EE1C68" w14:textId="77777777" w:rsidR="00256009" w:rsidRDefault="00000000">
      <w:r>
        <w:t>________________________________________________________________________________</w:t>
      </w:r>
    </w:p>
    <w:p w14:paraId="44C48E5C" w14:textId="77777777" w:rsidR="00256009" w:rsidRDefault="00000000">
      <w:r>
        <w:t>________________________________________________________________________________</w:t>
      </w:r>
    </w:p>
    <w:p w14:paraId="43962B53" w14:textId="77777777" w:rsidR="00256009" w:rsidRDefault="00000000">
      <w:pPr>
        <w:spacing w:after="120"/>
      </w:pPr>
      <w:r>
        <w:t>13. La probabilidad de que una máquina produzca una pieza defectuosa es 0,04. ¿Cuál es la probabilidad de que una pieza seleccionada al azar no sea defectuosa?</w:t>
      </w:r>
    </w:p>
    <w:p w14:paraId="7308E910" w14:textId="77777777" w:rsidR="00256009" w:rsidRDefault="00000000">
      <w:r>
        <w:t>________________________________________________________________________________</w:t>
      </w:r>
    </w:p>
    <w:p w14:paraId="37E209D1" w14:textId="77777777" w:rsidR="00256009" w:rsidRDefault="00000000">
      <w:r>
        <w:t>________________________________________________________________________________</w:t>
      </w:r>
    </w:p>
    <w:p w14:paraId="759F6C44" w14:textId="77777777" w:rsidR="00256009" w:rsidRDefault="00000000">
      <w:pPr>
        <w:spacing w:after="120"/>
      </w:pPr>
      <w:r>
        <w:lastRenderedPageBreak/>
        <w:t>14. Al lanzar un dado equilibrado, se consideran A = {obtener un número menor que 3} y B = {obtener un número mayor que 4}. Calcula P(A ∪ B).</w:t>
      </w:r>
    </w:p>
    <w:p w14:paraId="000968A4" w14:textId="77777777" w:rsidR="00256009" w:rsidRDefault="00000000">
      <w:r>
        <w:t>________________________________________________________________________________</w:t>
      </w:r>
    </w:p>
    <w:p w14:paraId="03FFF97A" w14:textId="77777777" w:rsidR="00256009" w:rsidRDefault="00000000">
      <w:r>
        <w:t>________________________________________________________________________________</w:t>
      </w:r>
    </w:p>
    <w:p w14:paraId="0E128302" w14:textId="77777777" w:rsidR="00256009" w:rsidRDefault="00000000">
      <w:pPr>
        <w:spacing w:before="200"/>
      </w:pPr>
      <w:r>
        <w:rPr>
          <w:b/>
          <w:sz w:val="26"/>
        </w:rPr>
        <w:t>IV. Eventos independientes</w:t>
      </w:r>
    </w:p>
    <w:p w14:paraId="7738A202" w14:textId="77777777" w:rsidR="00256009" w:rsidRDefault="00000000">
      <w:pPr>
        <w:spacing w:after="120"/>
      </w:pPr>
      <w:r>
        <w:t>15. Sean A y B dos eventos tales que P(A) = 0,50 y P(B) = 0,40. Si A y B son independientes, calcula P(A ∩ B).</w:t>
      </w:r>
    </w:p>
    <w:p w14:paraId="52AC1CE8" w14:textId="77777777" w:rsidR="00256009" w:rsidRDefault="00000000">
      <w:r>
        <w:t>________________________________________________________________________________</w:t>
      </w:r>
    </w:p>
    <w:p w14:paraId="2FDDD390" w14:textId="77777777" w:rsidR="00256009" w:rsidRDefault="00000000">
      <w:r>
        <w:t>________________________________________________________________________________</w:t>
      </w:r>
    </w:p>
    <w:p w14:paraId="6C0A08A3" w14:textId="77777777" w:rsidR="00256009" w:rsidRDefault="00000000">
      <w:pPr>
        <w:spacing w:after="120"/>
      </w:pPr>
      <w:r>
        <w:t>16. Se lanza una moneda equilibrada y, simultáneamente, un dado equilibrado de seis caras. ¿Cuál es la probabilidad de obtener cara en la moneda y un número par en el dado?</w:t>
      </w:r>
    </w:p>
    <w:p w14:paraId="57FA4070" w14:textId="77777777" w:rsidR="00256009" w:rsidRDefault="00000000">
      <w:r>
        <w:t>________________________________________________________________________________</w:t>
      </w:r>
    </w:p>
    <w:p w14:paraId="3686DFD4" w14:textId="77777777" w:rsidR="00256009" w:rsidRDefault="00000000">
      <w:r>
        <w:t>________________________________________________________________________________</w:t>
      </w:r>
    </w:p>
    <w:p w14:paraId="6F45AB5E" w14:textId="77777777" w:rsidR="00256009" w:rsidRDefault="00000000">
      <w:pPr>
        <w:spacing w:after="120"/>
      </w:pPr>
      <w:r>
        <w:t>17. Para dos eventos se tiene P(A) = 0,60, P(B) = 0,50 y P(A ∩ B) = 0,30. Determina si los eventos A y B son independientes. Justifica mediante un cálculo.</w:t>
      </w:r>
    </w:p>
    <w:p w14:paraId="5ECC2FCE" w14:textId="77777777" w:rsidR="00256009" w:rsidRDefault="00000000">
      <w:r>
        <w:t>________________________________________________________________________________</w:t>
      </w:r>
    </w:p>
    <w:p w14:paraId="5A52D903" w14:textId="77777777" w:rsidR="00256009" w:rsidRDefault="00000000">
      <w:r>
        <w:t>________________________________________________________________________________</w:t>
      </w:r>
    </w:p>
    <w:p w14:paraId="375C2680" w14:textId="77777777" w:rsidR="00256009" w:rsidRDefault="00000000">
      <w:pPr>
        <w:spacing w:after="120"/>
      </w:pPr>
      <w:r>
        <w:t>18. Para otros dos eventos se sabe que P(C) = 0,70, P(D) = 0,40 y P(C ∩ D) = 0,20. ¿Son C y D independientes? Justifica tu respuesta matemáticamente.</w:t>
      </w:r>
    </w:p>
    <w:p w14:paraId="653DD13E" w14:textId="77777777" w:rsidR="00256009" w:rsidRDefault="00000000">
      <w:r>
        <w:t>________________________________________________________________________________</w:t>
      </w:r>
    </w:p>
    <w:p w14:paraId="0F912213" w14:textId="77777777" w:rsidR="00256009" w:rsidRDefault="00000000">
      <w:r>
        <w:t>________________________________________________________________________________</w:t>
      </w:r>
    </w:p>
    <w:p w14:paraId="4DD4F19E" w14:textId="77777777" w:rsidR="00256009" w:rsidRDefault="00000000">
      <w:pPr>
        <w:spacing w:before="200"/>
      </w:pPr>
      <w:r>
        <w:rPr>
          <w:b/>
          <w:sz w:val="26"/>
        </w:rPr>
        <w:t>V. Extracciones sucesivas</w:t>
      </w:r>
    </w:p>
    <w:p w14:paraId="7D461582" w14:textId="77777777" w:rsidR="00256009" w:rsidRDefault="00000000">
      <w:pPr>
        <w:spacing w:after="120"/>
      </w:pPr>
      <w:r>
        <w:t>19. Una bolsa contiene 5 bolitas rojas y 3 azules. Se extraen dos bolitas consecutivamente sin reposición. Si la primera bolita fue roja, ¿cuál es la probabilidad de que la segunda sea azul?</w:t>
      </w:r>
    </w:p>
    <w:p w14:paraId="04B417A3" w14:textId="77777777" w:rsidR="00256009" w:rsidRDefault="00000000">
      <w:r>
        <w:t>________________________________________________________________________________</w:t>
      </w:r>
    </w:p>
    <w:p w14:paraId="0BFB81FD" w14:textId="77777777" w:rsidR="00256009" w:rsidRDefault="00000000">
      <w:r>
        <w:t>________________________________________________________________________________</w:t>
      </w:r>
    </w:p>
    <w:p w14:paraId="4AB67C1C" w14:textId="77777777" w:rsidR="00256009" w:rsidRDefault="00000000">
      <w:pPr>
        <w:spacing w:after="120"/>
      </w:pPr>
      <w:r>
        <w:t>20. Una urna contiene 6 bolitas blancas y 4 negras. Se extraen dos bolitas consecutivamente sin reposición. ¿Cuál es la probabilidad de obtener primero una bolita blanca y luego una negra?</w:t>
      </w:r>
    </w:p>
    <w:p w14:paraId="55C416A9" w14:textId="77777777" w:rsidR="00256009" w:rsidRDefault="00000000">
      <w:r>
        <w:t>________________________________________________________________________________</w:t>
      </w:r>
    </w:p>
    <w:p w14:paraId="5EA63F17" w14:textId="77777777" w:rsidR="00256009" w:rsidRDefault="00000000">
      <w:r>
        <w:t>________________________________________________________________________________</w:t>
      </w:r>
    </w:p>
    <w:p w14:paraId="2ACF2C33" w14:textId="77777777" w:rsidR="00256009" w:rsidRDefault="00000000">
      <w:pPr>
        <w:spacing w:after="120"/>
      </w:pPr>
      <w:r>
        <w:t>21. Una bolsa contiene 7 fichas verdes y 3 amarillas. Se extraen dos fichas con reposición. ¿Cuál es la probabilidad de que ambas fichas sean amarillas?</w:t>
      </w:r>
    </w:p>
    <w:p w14:paraId="68DF6802" w14:textId="77777777" w:rsidR="00256009" w:rsidRDefault="00000000">
      <w:r>
        <w:t>________________________________________________________________________________</w:t>
      </w:r>
    </w:p>
    <w:p w14:paraId="5DA5F981" w14:textId="77777777" w:rsidR="00256009" w:rsidRDefault="00000000">
      <w:r>
        <w:lastRenderedPageBreak/>
        <w:t>________________________________________________________________________________</w:t>
      </w:r>
    </w:p>
    <w:p w14:paraId="4361AF77" w14:textId="77777777" w:rsidR="00256009" w:rsidRDefault="00000000">
      <w:pPr>
        <w:spacing w:after="120"/>
      </w:pPr>
      <w:r>
        <w:t>22. Una caja contiene 4 tarjetas rojas, 3 azules y 3 verdes. Se extraen tres tarjetas consecutivamente sin reposición. ¿Cuál es la probabilidad de que las tres tarjetas sean rojas?</w:t>
      </w:r>
    </w:p>
    <w:p w14:paraId="15954DC3" w14:textId="77777777" w:rsidR="00256009" w:rsidRDefault="00000000">
      <w:r>
        <w:t>________________________________________________________________________________</w:t>
      </w:r>
    </w:p>
    <w:p w14:paraId="1BD4EA0A" w14:textId="77777777" w:rsidR="00256009" w:rsidRDefault="00000000">
      <w:r>
        <w:t>________________________________________________________________________________</w:t>
      </w:r>
    </w:p>
    <w:p w14:paraId="52233DF3" w14:textId="77777777" w:rsidR="00256009" w:rsidRDefault="00000000">
      <w:pPr>
        <w:spacing w:before="200"/>
      </w:pPr>
      <w:r>
        <w:rPr>
          <w:b/>
          <w:sz w:val="26"/>
        </w:rPr>
        <w:t>VI. Diagramas de árbol y problemas integradores</w:t>
      </w:r>
    </w:p>
    <w:p w14:paraId="2D0C7596" w14:textId="77777777" w:rsidR="00256009" w:rsidRDefault="00000000">
      <w:pPr>
        <w:spacing w:after="120"/>
      </w:pPr>
      <w:r>
        <w:t>23. Una caja contiene 3 bolitas rojas y 2 azules. Se extraen dos bolitas consecutivamente sin reposición.</w:t>
      </w:r>
      <w:r>
        <w:br/>
        <w:t>a) Construye un diagrama de árbol que represente todas las posibilidades.</w:t>
      </w:r>
      <w:r>
        <w:br/>
        <w:t>b) Utilizando el diagrama, calcula la probabilidad de obtener dos bolitas del mismo color.</w:t>
      </w:r>
    </w:p>
    <w:p w14:paraId="5207BAF5" w14:textId="77777777" w:rsidR="00256009" w:rsidRDefault="00000000">
      <w:r>
        <w:t>________________________________________________________________________________</w:t>
      </w:r>
    </w:p>
    <w:p w14:paraId="0D9C1D14" w14:textId="77777777" w:rsidR="00256009" w:rsidRDefault="00000000">
      <w:r>
        <w:t>________________________________________________________________________________</w:t>
      </w:r>
    </w:p>
    <w:p w14:paraId="39143419" w14:textId="77777777" w:rsidR="00256009" w:rsidRDefault="00000000">
      <w:pPr>
        <w:spacing w:after="120"/>
      </w:pPr>
      <w:r>
        <w:t>24. Una bolsa contiene 4 fichas blancas y 6 negras. Se extraen dos fichas con reposición.</w:t>
      </w:r>
      <w:r>
        <w:br/>
        <w:t>a) Representa la situación mediante un diagrama de árbol.</w:t>
      </w:r>
      <w:r>
        <w:br/>
        <w:t>b) Calcula la probabilidad de obtener exactamente una ficha blanca en las dos extracciones.</w:t>
      </w:r>
    </w:p>
    <w:p w14:paraId="571F86E3" w14:textId="77777777" w:rsidR="00256009" w:rsidRDefault="00000000">
      <w:r>
        <w:t>________________________________________________________________________________</w:t>
      </w:r>
    </w:p>
    <w:p w14:paraId="6F868A34" w14:textId="77777777" w:rsidR="00256009" w:rsidRDefault="00000000">
      <w:r>
        <w:t>________________________________________________________________________________</w:t>
      </w:r>
    </w:p>
    <w:p w14:paraId="1770E1A2" w14:textId="77777777" w:rsidR="00256009" w:rsidRDefault="00000000">
      <w:pPr>
        <w:spacing w:after="120"/>
      </w:pPr>
      <w:r>
        <w:t>25. Desafío integrador. En un curso de 40 estudiantes, 24 practican fútbol, 18 practican básquetbol y 10 practican ambos deportes. Considera F = {practicar fútbol} y B = {practicar básquetbol}.</w:t>
      </w:r>
      <w:r>
        <w:br/>
        <w:t>a) Calcula P(F).</w:t>
      </w:r>
      <w:r>
        <w:br/>
        <w:t>b) Calcula P(B).</w:t>
      </w:r>
      <w:r>
        <w:br/>
        <w:t>c) Calcula P(F ∩ B).</w:t>
      </w:r>
      <w:r>
        <w:br/>
        <w:t>d) Calcula P(F ∪ B).</w:t>
      </w:r>
      <w:r>
        <w:br/>
        <w:t>e) Calcula P(B | F).</w:t>
      </w:r>
      <w:r>
        <w:br/>
        <w:t>f) Calcula la probabilidad de que un estudiante no practique ninguno de los dos deportes.</w:t>
      </w:r>
    </w:p>
    <w:p w14:paraId="608CB753" w14:textId="77777777" w:rsidR="00256009" w:rsidRDefault="00000000">
      <w:r>
        <w:t>________________________________________________________________________________</w:t>
      </w:r>
    </w:p>
    <w:p w14:paraId="1161E331" w14:textId="77777777" w:rsidR="00256009" w:rsidRDefault="00000000">
      <w:r>
        <w:t>________________________________________________________________________________</w:t>
      </w:r>
    </w:p>
    <w:p w14:paraId="735581D3" w14:textId="77777777" w:rsidR="00256009" w:rsidRDefault="00000000">
      <w:r>
        <w:t>________________________________________________________________________________</w:t>
      </w:r>
    </w:p>
    <w:p w14:paraId="3262703E" w14:textId="77777777" w:rsidR="00256009" w:rsidRDefault="00000000">
      <w:r>
        <w:br w:type="page"/>
      </w:r>
    </w:p>
    <w:sectPr w:rsidR="00256009" w:rsidSect="00034616">
      <w:pgSz w:w="12240" w:h="15840"/>
      <w:pgMar w:top="907"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780346650">
    <w:abstractNumId w:val="8"/>
  </w:num>
  <w:num w:numId="2" w16cid:durableId="695887832">
    <w:abstractNumId w:val="6"/>
  </w:num>
  <w:num w:numId="3" w16cid:durableId="735006265">
    <w:abstractNumId w:val="5"/>
  </w:num>
  <w:num w:numId="4" w16cid:durableId="974942393">
    <w:abstractNumId w:val="4"/>
  </w:num>
  <w:num w:numId="5" w16cid:durableId="1881824118">
    <w:abstractNumId w:val="7"/>
  </w:num>
  <w:num w:numId="6" w16cid:durableId="965240552">
    <w:abstractNumId w:val="3"/>
  </w:num>
  <w:num w:numId="7" w16cid:durableId="514004701">
    <w:abstractNumId w:val="2"/>
  </w:num>
  <w:num w:numId="8" w16cid:durableId="958992296">
    <w:abstractNumId w:val="1"/>
  </w:num>
  <w:num w:numId="9" w16cid:durableId="9302431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56009"/>
    <w:rsid w:val="0029639D"/>
    <w:rsid w:val="00326F90"/>
    <w:rsid w:val="00607D8C"/>
    <w:rsid w:val="00683A0A"/>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600A36"/>
  <w14:defaultImageDpi w14:val="300"/>
  <w15:docId w15:val="{5EBACA98-8166-4EB2-A00F-6D883F7BC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1468</Words>
  <Characters>8078</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9527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LazoSoto2026</cp:lastModifiedBy>
  <cp:revision>2</cp:revision>
  <dcterms:created xsi:type="dcterms:W3CDTF">2026-08-11T02:04:00Z</dcterms:created>
  <dcterms:modified xsi:type="dcterms:W3CDTF">2026-08-11T02:04:00Z</dcterms:modified>
  <cp:category/>
</cp:coreProperties>
</file>