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EJERCICIOS DE ECUACIONES EXPONENCIALES</w:t>
      </w:r>
    </w:p>
    <w:p>
      <w:pPr>
        <w:jc w:val="center"/>
      </w:pPr>
      <w:r>
        <w:rPr>
          <w:i/>
          <w:sz w:val="22"/>
        </w:rPr>
        <w:t>Práctica por niveles y métodos de resolución</w:t>
      </w:r>
    </w:p>
    <w:p>
      <w:r>
        <w:rPr>
          <w:b/>
        </w:rPr>
        <w:t>Nombre: ________________________________    Fecha: ____________________</w:t>
      </w:r>
    </w:p>
    <w:p>
      <w:r>
        <w:t>Instrucciones: Resuelve cada ecuación mostrando el procedimiento. Simplifica la respuesta cuando sea posible.</w:t>
      </w:r>
    </w:p>
    <w:p>
      <w:r>
        <w:rPr>
          <w:b/>
          <w:sz w:val="28"/>
        </w:rPr>
        <w:t>Nivel 1 — Básico: igualación de bases</w:t>
      </w:r>
    </w:p>
    <w:p>
      <w:pPr>
        <w:spacing w:after="80"/>
      </w:pPr>
      <w:r>
        <w:rPr>
          <w:sz w:val="26"/>
        </w:rPr>
        <w:t>1.   2ˣ = 32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80"/>
      </w:pPr>
      <w:r>
        <w:rPr>
          <w:sz w:val="26"/>
        </w:rPr>
        <w:t>2.   3ˣ⁺¹ = 81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80"/>
      </w:pPr>
      <w:r>
        <w:rPr>
          <w:sz w:val="26"/>
        </w:rPr>
        <w:t>3.   5²ˣ = 125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80"/>
      </w:pPr>
      <w:r>
        <w:rPr>
          <w:sz w:val="26"/>
        </w:rPr>
        <w:t>4.   4ˣ⁻¹ = 1/16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80"/>
      </w:pPr>
      <w:r>
        <w:rPr>
          <w:sz w:val="26"/>
        </w:rPr>
        <w:t>5.   27ˣ = 9ˣ⁺¹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r>
        <w:rPr>
          <w:b/>
          <w:sz w:val="28"/>
        </w:rPr>
        <w:t>Nivel 2 — Intermedio: propiedades de las potencias</w:t>
      </w:r>
    </w:p>
    <w:p>
      <w:pPr>
        <w:spacing w:after="80"/>
      </w:pPr>
      <w:r>
        <w:rPr>
          <w:sz w:val="26"/>
        </w:rPr>
        <w:t>6.   2²ˣ⁻¹ = 8ˣ⁻²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80"/>
      </w:pPr>
      <w:r>
        <w:rPr>
          <w:sz w:val="26"/>
        </w:rPr>
        <w:t>7.   9ˣ = 3ˣ⁺⁴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80"/>
      </w:pPr>
      <w:r>
        <w:rPr>
          <w:sz w:val="26"/>
        </w:rPr>
        <w:t>8.   5ˣ⁺¹ = 25²ˣ⁻¹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80"/>
      </w:pPr>
      <w:r>
        <w:rPr>
          <w:sz w:val="26"/>
        </w:rPr>
        <w:t>9.   4ˣ · 2ˣ⁺¹ = 128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80"/>
      </w:pPr>
      <w:r>
        <w:rPr>
          <w:sz w:val="26"/>
        </w:rPr>
        <w:t>10.  3²ˣ⁺¹ / 9ˣ⁻¹ = 27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r>
        <w:rPr>
          <w:b/>
          <w:sz w:val="28"/>
        </w:rPr>
        <w:t>Nivel 3 — Avanzado: sustitución</w:t>
      </w:r>
    </w:p>
    <w:p>
      <w:pPr>
        <w:spacing w:after="80"/>
      </w:pPr>
      <w:r>
        <w:rPr>
          <w:sz w:val="26"/>
        </w:rPr>
        <w:t>11.  2²ˣ − 5(2ˣ) + 4 = 0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80"/>
      </w:pPr>
      <w:r>
        <w:rPr>
          <w:sz w:val="26"/>
        </w:rPr>
        <w:t>12.  3²ˣ − 10(3ˣ) + 9 = 0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80"/>
      </w:pPr>
      <w:r>
        <w:rPr>
          <w:sz w:val="26"/>
        </w:rPr>
        <w:t>13.  4ˣ − 5(2ˣ) + 4 = 0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r>
        <w:rPr>
          <w:b/>
          <w:sz w:val="28"/>
        </w:rPr>
        <w:t>Nivel 4 — Avanzado: uso de logaritmos</w:t>
      </w:r>
    </w:p>
    <w:p>
      <w:pPr>
        <w:spacing w:after="80"/>
      </w:pPr>
      <w:r>
        <w:rPr>
          <w:sz w:val="26"/>
        </w:rPr>
        <w:t>14.  2ˣ = 7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80"/>
      </w:pPr>
      <w:r>
        <w:rPr>
          <w:sz w:val="26"/>
        </w:rPr>
        <w:t>15.  5²ˣ⁻¹ = 13</w:t>
      </w:r>
    </w:p>
    <w:p>
      <w:pPr>
        <w:spacing w:after="20"/>
      </w:pPr>
      <w:r>
        <w:t>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</w:t>
      </w:r>
    </w:p>
    <w:p/>
    <w:p>
      <w:r>
        <w:rPr>
          <w:b/>
        </w:rPr>
        <w:t xml:space="preserve">Métodos que se practican: </w:t>
      </w:r>
      <w:r>
        <w:t>igualación de bases, propiedades de exponentes, sustitución para formar ecuaciones cuadráticas y aplicación de logaritmos.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